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Entry-Level Administrative Assistant Resume</w:t>
      </w:r>
    </w:p>
    <w:p>
      <w:pPr>
        <w:jc w:val="center"/>
      </w:pPr>
      <w:r>
        <w:rPr>
          <w:b/>
          <w:sz w:val="28"/>
        </w:rPr>
        <w:t>Jane Doe</w:t>
      </w:r>
    </w:p>
    <w:p>
      <w:pPr>
        <w:pStyle w:val="Heading2"/>
      </w:pPr>
      <w:r>
        <w:t>Professional Summary</w:t>
      </w:r>
    </w:p>
    <w:p>
      <w:r>
        <w:t>Recent graduate with strong organizational skills and a passion for helping teams stay efficient.</w:t>
      </w:r>
    </w:p>
    <w:p>
      <w:pPr>
        <w:pStyle w:val="Heading2"/>
      </w:pPr>
      <w:r>
        <w:t>Work Experience</w:t>
      </w:r>
    </w:p>
    <w:p>
      <w:pPr>
        <w:pStyle w:val="Heading3"/>
      </w:pPr>
      <w:r>
        <w:rPr>
          <w:b/>
        </w:rPr>
        <w:t>Receptionist Intern</w:t>
      </w:r>
    </w:p>
    <w:p>
      <w:r>
        <w:t>Sunnyvale Health Clinic | Jan 2024 – Jun 2024</w:t>
      </w:r>
    </w:p>
    <w:p>
      <w:r>
        <w:t>Managed front desk, scheduled appointments, and provided customer service in a fast-paced environment.</w:t>
      </w:r>
    </w:p>
    <w:p>
      <w:pPr>
        <w:pStyle w:val="Heading2"/>
      </w:pPr>
      <w:r>
        <w:t>Skills</w:t>
      </w:r>
    </w:p>
    <w:p>
      <w:r>
        <w:t>Microsoft Office, Customer Service, Data Entry, Scheduling</w:t>
      </w:r>
    </w:p>
    <w:p>
      <w:pPr>
        <w:pStyle w:val="Heading2"/>
      </w:pPr>
      <w:r>
        <w:t>Education</w:t>
      </w:r>
    </w:p>
    <w:p>
      <w:r>
        <w:t>Diploma in Business Administration – TAFE NSW, 2023</w:t>
      </w:r>
    </w:p>
    <w:p>
      <w:pPr>
        <w:pStyle w:val="Heading2"/>
      </w:pPr>
      <w:r>
        <w:t>Next Steps</w:t>
      </w:r>
    </w:p>
    <w:p>
      <w:r>
        <w:t>Want to make your resume stand out even more? Use CareerCove’s AI to refine, tailor, and customize your resume for specific job applications.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Visit www.CareerCove.ai to take your resume even further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