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Mid-Level Marketing Manager Resume</w:t>
      </w:r>
    </w:p>
    <w:p>
      <w:pPr>
        <w:jc w:val="center"/>
      </w:pPr>
      <w:r>
        <w:rPr>
          <w:b/>
          <w:sz w:val="28"/>
        </w:rPr>
        <w:t>John Smith</w:t>
      </w:r>
    </w:p>
    <w:p>
      <w:pPr>
        <w:pStyle w:val="Heading2"/>
      </w:pPr>
      <w:r>
        <w:t>Professional Summary</w:t>
      </w:r>
    </w:p>
    <w:p>
      <w:r>
        <w:t>Creative and strategic marketing professional with 5+ years of experience driving brand growth and online engagement.</w:t>
      </w:r>
    </w:p>
    <w:p>
      <w:pPr>
        <w:pStyle w:val="Heading2"/>
      </w:pPr>
      <w:r>
        <w:t>Work Experience</w:t>
      </w:r>
    </w:p>
    <w:p>
      <w:pPr>
        <w:pStyle w:val="Heading3"/>
      </w:pPr>
      <w:r>
        <w:rPr>
          <w:b/>
        </w:rPr>
        <w:t>Marketing Manager</w:t>
      </w:r>
    </w:p>
    <w:p>
      <w:r>
        <w:t>BlueSky Digital | Feb 2020 – Present</w:t>
      </w:r>
    </w:p>
    <w:p>
      <w:r>
        <w:t>Led multi-channel marketing campaigns resulting in 30% increase in lead generation year-over-year.</w:t>
      </w:r>
    </w:p>
    <w:p>
      <w:pPr>
        <w:pStyle w:val="Heading3"/>
      </w:pPr>
      <w:r>
        <w:rPr>
          <w:b/>
        </w:rPr>
        <w:t>Digital Marketing Specialist</w:t>
      </w:r>
    </w:p>
    <w:p>
      <w:r>
        <w:t>UrbanWorks | Jan 2018 – Jan 2020</w:t>
      </w:r>
    </w:p>
    <w:p>
      <w:r>
        <w:t>Managed SEO, email marketing, and PPC advertising to increase online conversions.</w:t>
      </w:r>
    </w:p>
    <w:p>
      <w:pPr>
        <w:pStyle w:val="Heading2"/>
      </w:pPr>
      <w:r>
        <w:t>Skills</w:t>
      </w:r>
    </w:p>
    <w:p>
      <w:r>
        <w:t>SEO, PPC, Email Marketing, Campaign Management, Google Analytics</w:t>
      </w:r>
    </w:p>
    <w:p>
      <w:pPr>
        <w:pStyle w:val="Heading2"/>
      </w:pPr>
      <w:r>
        <w:t>Education</w:t>
      </w:r>
    </w:p>
    <w:p>
      <w:r>
        <w:t>Bachelor of Marketing – University of Melbourne, 2017</w:t>
      </w:r>
    </w:p>
    <w:p>
      <w:pPr>
        <w:pStyle w:val="Heading2"/>
      </w:pPr>
      <w:r>
        <w:t>Next Steps</w:t>
      </w:r>
    </w:p>
    <w:p>
      <w:r>
        <w:t>Use CareerCove’s smart resume builder to customize this resume for any marketing role with one click.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Visit www.CareerCove.ai to take your resume even further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