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Senior Project Manager Resume Example</w:t>
      </w:r>
    </w:p>
    <w:p>
      <w:pPr>
        <w:jc w:val="center"/>
      </w:pPr>
      <w:r>
        <w:rPr>
          <w:b/>
          <w:sz w:val="28"/>
        </w:rPr>
        <w:t>Emily Carter</w:t>
      </w:r>
    </w:p>
    <w:p/>
    <w:p>
      <w:pPr>
        <w:pStyle w:val="Heading2"/>
      </w:pPr>
      <w:r>
        <w:t>Professional Summary</w:t>
      </w:r>
    </w:p>
    <w:p>
      <w:r>
        <w:t>Accomplished project manager with 12+ years leading cross-functional teams and delivering multi-million dollar technology projects on time and within budget.</w:t>
      </w:r>
    </w:p>
    <w:p>
      <w:pPr>
        <w:pStyle w:val="Heading2"/>
      </w:pPr>
      <w:r>
        <w:t>Key Competencies</w:t>
      </w:r>
    </w:p>
    <w:p>
      <w:r>
        <w:t>Project Management, Agile/Scrum, Risk Mitigation, Stakeholder Communication, Budget Management, MS Project, Jira.</w:t>
      </w:r>
    </w:p>
    <w:p>
      <w:pPr>
        <w:pStyle w:val="Heading2"/>
      </w:pPr>
      <w:r>
        <w:t>Professional Experience</w:t>
      </w:r>
    </w:p>
    <w:p>
      <w:r>
        <w:rPr>
          <w:b/>
        </w:rPr>
        <w:t>Senior IT Project Manager, InnovaTech Global</w:t>
      </w:r>
      <w:r>
        <w:rPr>
          <w:i/>
        </w:rPr>
        <w:t xml:space="preserve"> | 2018 – Present</w:t>
      </w:r>
    </w:p>
    <w:p>
      <w:pPr>
        <w:pStyle w:val="ListBullet"/>
      </w:pPr>
      <w:r>
        <w:t>Managed enterprise digital transformation projects valued over $5M.</w:t>
      </w:r>
    </w:p>
    <w:p>
      <w:pPr>
        <w:pStyle w:val="ListBullet"/>
      </w:pPr>
      <w:r>
        <w:t>Reduced project delivery times by 30% through agile adoption.</w:t>
      </w:r>
    </w:p>
    <w:p>
      <w:pPr>
        <w:pStyle w:val="ListBullet"/>
      </w:pPr>
      <w:r>
        <w:t>Presented strategic updates to C-level executives regularly.</w:t>
      </w:r>
    </w:p>
    <w:p>
      <w:r>
        <w:rPr>
          <w:b/>
        </w:rPr>
        <w:t>IT Project Manager, NextGen Systems</w:t>
      </w:r>
      <w:r>
        <w:rPr>
          <w:i/>
        </w:rPr>
        <w:t xml:space="preserve"> | 2012 – 2018</w:t>
      </w:r>
    </w:p>
    <w:p>
      <w:pPr>
        <w:pStyle w:val="ListBullet"/>
      </w:pPr>
      <w:r>
        <w:t>Led cross-functional teams to deliver infrastructure upgrades.</w:t>
      </w:r>
    </w:p>
    <w:p>
      <w:pPr>
        <w:pStyle w:val="ListBullet"/>
      </w:pPr>
      <w:r>
        <w:t>Introduced project governance frameworks improving accountability.</w:t>
      </w:r>
    </w:p>
    <w:p>
      <w:pPr>
        <w:pStyle w:val="ListBullet"/>
      </w:pPr>
      <w:r>
        <w:t>Maintained 98% client satisfaction scores across all projects.</w:t>
      </w:r>
    </w:p>
    <w:p>
      <w:pPr>
        <w:pStyle w:val="Heading2"/>
      </w:pPr>
      <w:r>
        <w:t>Education</w:t>
      </w:r>
    </w:p>
    <w:p>
      <w:r>
        <w:t>Master of Business Administration (MBA), University of Sydney</w:t>
      </w:r>
    </w:p>
    <w:p/>
    <w:p>
      <w:r>
        <w:t>Ready to build your dream career? Use CareerCove’s AI tools to customize this resume for your next opportunity.</w:t>
      </w:r>
    </w:p>
    <w:p>
      <w:pPr>
        <w:pStyle w:val="IntenseQuote"/>
      </w:pPr>
      <w:r>
        <w:t>Visit www.CareerCove.ai to get started!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www.CareerCove.ai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